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0"/>
        <w:jc w:val="center"/>
      </w:pPr>
      <w:r>
        <w:rPr>
          <w:rFonts w:ascii="Calibri" w:hAnsi="Calibri"/>
          <w:b/>
          <w:color w:val="2E74B5"/>
          <w:sz w:val="18"/>
        </w:rPr>
        <w:t>FREE EDITABLE TEMPLATE</w:t>
      </w:r>
    </w:p>
    <w:p>
      <w:pPr>
        <w:pStyle w:val="Title"/>
        <w:jc w:val="center"/>
      </w:pPr>
      <w:r>
        <w:t>SEAD 3 Unofficial Foreign Travel</w:t>
        <w:br/>
        <w:t>Reporting Intake Template</w:t>
      </w:r>
    </w:p>
    <w:p>
      <w:pPr>
        <w:spacing w:after="200"/>
        <w:jc w:val="center"/>
      </w:pPr>
      <w:r>
        <w:rPr>
          <w:rFonts w:ascii="Calibri" w:hAnsi="Calibri"/>
          <w:color w:val="666666"/>
          <w:sz w:val="22"/>
        </w:rPr>
        <w:t>For cleared employees and Facility Security Officers (FSOs)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40"/>
            </w:pPr>
            <w:r/>
            <w:r>
              <w:rPr>
                <w:rFonts w:ascii="Calibri" w:hAnsi="Calibri"/>
                <w:b/>
                <w:color w:val="1F4D78"/>
                <w:sz w:val="20"/>
              </w:rPr>
              <w:t>Purpose and limitation</w:t>
              <w:br/>
            </w:r>
            <w:r>
              <w:rPr>
                <w:rFonts w:ascii="Calibri" w:hAnsi="Calibri"/>
                <w:sz w:val="18"/>
              </w:rPr>
              <w:t>This document is an administrative intake aid—not an official DCSA form and not a substitute for DISS, SEAD 3, ISL 2021-02, the DCSA job aid, or customer, SCI, SAP, contract, and organizational requirements. Customize it before use.</w:t>
            </w:r>
          </w:p>
        </w:tc>
      </w:tr>
    </w:tbl>
    <w:p>
      <w:pPr>
        <w:spacing w:before="160" w:after="100"/>
      </w:pPr>
      <w:r>
        <w:rPr>
          <w:rFonts w:ascii="Calibri" w:hAnsi="Calibri"/>
          <w:b/>
          <w:color w:val="1F4D78"/>
          <w:sz w:val="24"/>
        </w:rPr>
        <w:t>How to use this template</w:t>
      </w:r>
    </w:p>
    <w:p>
      <w:pPr>
        <w:pStyle w:val="ListNumber"/>
        <w:keepLines/>
        <w:spacing w:after="80"/>
        <w:ind w:left="540" w:hanging="271"/>
      </w:pPr>
      <w:r>
        <w:t>Traveler completes Sections 1–6 and returns the form through an approved secure process before departure.</w:t>
      </w:r>
    </w:p>
    <w:p>
      <w:pPr>
        <w:pStyle w:val="ListNumber"/>
        <w:keepLines/>
        <w:spacing w:after="80"/>
        <w:ind w:left="540" w:hanging="271"/>
      </w:pPr>
      <w:r>
        <w:t>FSO or designee reviews Section 7, resolves omissions, coordinates any required briefing, and records the report in DISS or its successor.</w:t>
      </w:r>
    </w:p>
    <w:p>
      <w:pPr>
        <w:pStyle w:val="ListNumber"/>
        <w:keepLines/>
        <w:spacing w:after="80"/>
        <w:ind w:left="540" w:hanging="271"/>
      </w:pPr>
      <w:r>
        <w:t>Traveler completes Section 8 after travel when plans changed or a reportable event occurred. Immediate security concerns should be reported promptly through established channels.</w:t>
      </w:r>
    </w:p>
    <w:p>
      <w:pPr>
        <w:pStyle w:val="ListNumber"/>
        <w:keepLines/>
        <w:spacing w:after="80"/>
        <w:ind w:left="540" w:hanging="271"/>
      </w:pPr>
      <w:r>
        <w:t>FSO completes Section 9 and handles or retains the completed form in accordance with approved security, privacy, records, and contract procedures.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2F2F2"/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444444"/>
                <w:sz w:val="16"/>
              </w:rPr>
              <w:t>PRIVACY NOTICE  |  A completed form may contain passport and other personally identifiable information. Do not transmit, store, or share it through unapproved channels. Follow your organization’s current privacy, cybersecurity, records, and security procedures.</w:t>
            </w:r>
          </w:p>
        </w:tc>
      </w:tr>
    </w:tbl>
    <w:p>
      <w:pPr>
        <w:spacing w:before="160" w:after="0"/>
        <w:jc w:val="center"/>
      </w:pPr>
      <w:r>
        <w:rPr>
          <w:rFonts w:ascii="Calibri" w:hAnsi="Calibri"/>
          <w:color w:val="666666"/>
          <w:sz w:val="16"/>
        </w:rPr>
        <w:t>Template version 1.0  •  Reviewed September 2026</w:t>
      </w:r>
    </w:p>
    <w:p>
      <w:r>
        <w:br w:type="page"/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600"/>
        <w:gridCol w:w="8760"/>
      </w:tblGrid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2E74B5"/>
          </w:tcPr>
          <w:p>
            <w:pPr>
              <w:spacing w:after="0"/>
              <w:jc w:val="center"/>
            </w:pPr>
            <w:r/>
            <w:r>
              <w:rPr>
                <w:rFonts w:ascii="Calibri" w:hAnsi="Calibri"/>
                <w:b/>
                <w:color w:val="FFFFFF"/>
                <w:sz w:val="22"/>
              </w:rPr>
              <w:t>1</w:t>
            </w:r>
          </w:p>
        </w:tc>
        <w:tc>
          <w:tcPr>
            <w:tcW w:type="dxa" w:w="8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1F4D78"/>
                <w:sz w:val="22"/>
              </w:rPr>
              <w:t>Administrative tracking</w:t>
            </w:r>
          </w:p>
        </w:tc>
      </w:tr>
    </w:tbl>
    <w:p>
      <w:pPr>
        <w:pStyle w:val="FormNote"/>
        <w:keepNext/>
      </w:pPr>
      <w:r>
        <w:t>FSO/designee section. Use internal identifiers only when authorized.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340"/>
        <w:gridCol w:w="2340"/>
        <w:gridCol w:w="2340"/>
        <w:gridCol w:w="2340"/>
      </w:tblGrid>
      <w:tr>
        <w:trPr>
          <w:cantSplit/>
        </w:trPr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1F4D78"/>
                <w:sz w:val="16"/>
              </w:rPr>
              <w:t>Organization / facility</w:t>
              <w:br/>
            </w:r>
            <w:r>
              <w:rPr>
                <w:rFonts w:ascii="Calibri" w:hAnsi="Calibri"/>
                <w:i/>
                <w:color w:val="666666"/>
                <w:sz w:val="18"/>
              </w:rPr>
              <w:t>Enter organization or facility</w:t>
            </w:r>
          </w:p>
        </w:tc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1F4D78"/>
                <w:sz w:val="16"/>
              </w:rPr>
              <w:t>Internal report ID</w:t>
              <w:br/>
            </w:r>
            <w:r>
              <w:rPr>
                <w:rFonts w:ascii="Calibri" w:hAnsi="Calibri"/>
                <w:i/>
                <w:color w:val="666666"/>
                <w:sz w:val="18"/>
              </w:rPr>
              <w:t>Enter tracking number</w:t>
            </w:r>
          </w:p>
        </w:tc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1F4D78"/>
                <w:sz w:val="16"/>
              </w:rPr>
              <w:t>Date received</w:t>
              <w:br/>
            </w:r>
            <w:r>
              <w:rPr>
                <w:rFonts w:ascii="Calibri" w:hAnsi="Calibri"/>
                <w:i/>
                <w:color w:val="666666"/>
                <w:sz w:val="18"/>
              </w:rPr>
              <w:t>MM/DD/YYYY</w:t>
            </w:r>
          </w:p>
        </w:tc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1F4D78"/>
                <w:sz w:val="16"/>
              </w:rPr>
              <w:t>FSO / designee</w:t>
              <w:br/>
            </w:r>
            <w:r>
              <w:rPr>
                <w:rFonts w:ascii="Calibri" w:hAnsi="Calibri"/>
                <w:i/>
                <w:color w:val="666666"/>
                <w:sz w:val="18"/>
              </w:rPr>
              <w:t>Enter name</w:t>
            </w:r>
          </w:p>
        </w:tc>
      </w:tr>
      <w:tr>
        <w:trPr>
          <w:cantSplit/>
        </w:trPr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1F4D78"/>
                <w:sz w:val="16"/>
              </w:rPr>
              <w:t>Traveler full name</w:t>
              <w:br/>
            </w:r>
            <w:r>
              <w:rPr>
                <w:rFonts w:ascii="Calibri" w:hAnsi="Calibri"/>
                <w:i/>
                <w:color w:val="666666"/>
                <w:sz w:val="18"/>
              </w:rPr>
              <w:t>Enter legal name</w:t>
            </w:r>
          </w:p>
        </w:tc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1F4D78"/>
                <w:sz w:val="16"/>
              </w:rPr>
              <w:t>Employee ID (optional)</w:t>
              <w:br/>
            </w:r>
            <w:r>
              <w:rPr>
                <w:rFonts w:ascii="Calibri" w:hAnsi="Calibri"/>
                <w:i/>
                <w:color w:val="666666"/>
                <w:sz w:val="18"/>
              </w:rPr>
              <w:t>Enter only if authorized</w:t>
            </w:r>
          </w:p>
        </w:tc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1F4D78"/>
                <w:sz w:val="16"/>
              </w:rPr>
              <w:t>Work email / phone</w:t>
              <w:br/>
            </w:r>
            <w:r>
              <w:rPr>
                <w:rFonts w:ascii="Calibri" w:hAnsi="Calibri"/>
                <w:i/>
                <w:color w:val="666666"/>
                <w:sz w:val="18"/>
              </w:rPr>
              <w:t>Enter approved contact</w:t>
            </w:r>
          </w:p>
        </w:tc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1F4D78"/>
                <w:sz w:val="16"/>
              </w:rPr>
              <w:t>Supervisor</w:t>
              <w:br/>
            </w:r>
            <w:r>
              <w:rPr>
                <w:rFonts w:ascii="Calibri" w:hAnsi="Calibri"/>
                <w:i/>
                <w:color w:val="666666"/>
                <w:sz w:val="18"/>
              </w:rPr>
              <w:t>Enter name</w:t>
            </w:r>
          </w:p>
        </w:tc>
      </w:tr>
    </w:tbl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600"/>
        <w:gridCol w:w="8760"/>
      </w:tblGrid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2E74B5"/>
          </w:tcPr>
          <w:p>
            <w:pPr>
              <w:spacing w:after="0"/>
              <w:jc w:val="center"/>
            </w:pPr>
            <w:r/>
            <w:r>
              <w:rPr>
                <w:rFonts w:ascii="Calibri" w:hAnsi="Calibri"/>
                <w:b/>
                <w:color w:val="FFFFFF"/>
                <w:sz w:val="22"/>
              </w:rPr>
              <w:t>2</w:t>
            </w:r>
          </w:p>
        </w:tc>
        <w:tc>
          <w:tcPr>
            <w:tcW w:type="dxa" w:w="8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1F4D78"/>
                <w:sz w:val="22"/>
              </w:rPr>
              <w:t>Trip summary</w:t>
            </w:r>
          </w:p>
        </w:tc>
      </w:tr>
    </w:tbl>
    <w:p>
      <w:pPr>
        <w:pStyle w:val="FormNote"/>
        <w:keepNext/>
      </w:pPr>
      <w:r>
        <w:t>Traveler section. Report unofficial foreign travel before departure unless an applicable exception applies.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340"/>
        <w:gridCol w:w="2340"/>
        <w:gridCol w:w="2340"/>
        <w:gridCol w:w="2340"/>
      </w:tblGrid>
      <w:tr>
        <w:trPr>
          <w:cantSplit/>
        </w:trPr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1F4D78"/>
                <w:sz w:val="16"/>
              </w:rPr>
              <w:t>Planned departure</w:t>
              <w:br/>
            </w:r>
            <w:r>
              <w:rPr>
                <w:rFonts w:ascii="Calibri" w:hAnsi="Calibri"/>
                <w:i/>
                <w:color w:val="666666"/>
                <w:sz w:val="18"/>
              </w:rPr>
              <w:t>MM/DD/YYYY</w:t>
            </w:r>
          </w:p>
        </w:tc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1F4D78"/>
                <w:sz w:val="16"/>
              </w:rPr>
              <w:t>Planned return</w:t>
              <w:br/>
            </w:r>
            <w:r>
              <w:rPr>
                <w:rFonts w:ascii="Calibri" w:hAnsi="Calibri"/>
                <w:i/>
                <w:color w:val="666666"/>
                <w:sz w:val="18"/>
              </w:rPr>
              <w:t>MM/DD/YYYY</w:t>
            </w:r>
          </w:p>
        </w:tc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1F4D78"/>
                <w:sz w:val="16"/>
              </w:rPr>
              <w:t>Primary destination</w:t>
              <w:br/>
            </w:r>
            <w:r>
              <w:rPr>
                <w:rFonts w:ascii="Calibri" w:hAnsi="Calibri"/>
                <w:i/>
                <w:color w:val="666666"/>
                <w:sz w:val="18"/>
              </w:rPr>
              <w:t>Enter country</w:t>
            </w:r>
          </w:p>
        </w:tc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1F4D78"/>
                <w:sz w:val="16"/>
              </w:rPr>
              <w:t>Trip purpose</w:t>
              <w:br/>
            </w:r>
            <w:r>
              <w:rPr>
                <w:rFonts w:ascii="Calibri" w:hAnsi="Calibri"/>
                <w:i/>
                <w:color w:val="666666"/>
                <w:sz w:val="18"/>
              </w:rPr>
              <w:t>Personal / mixed / other</w:t>
            </w:r>
          </w:p>
        </w:tc>
      </w:tr>
    </w:tbl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rPr>
          <w:cantSplit/>
        </w:trPr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1F4D78"/>
                <w:sz w:val="16"/>
              </w:rPr>
              <w:t>Employee resides outside the United States?</w:t>
              <w:br/>
            </w:r>
            <w:r>
              <w:rPr>
                <w:rFonts w:ascii="Calibri" w:hAnsi="Calibri"/>
                <w:i/>
                <w:color w:val="666666"/>
                <w:sz w:val="18"/>
              </w:rPr>
              <w:t>Yes / No. If yes, country of residence:</w:t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1F4D78"/>
                <w:sz w:val="16"/>
              </w:rPr>
              <w:t>Emergency or unplanned travel?</w:t>
              <w:br/>
            </w:r>
            <w:r>
              <w:rPr>
                <w:rFonts w:ascii="Calibri" w:hAnsi="Calibri"/>
                <w:i/>
                <w:color w:val="666666"/>
                <w:sz w:val="18"/>
              </w:rPr>
              <w:t>Yes / No. Explain circumstances if applicable</w:t>
            </w:r>
          </w:p>
        </w:tc>
      </w:tr>
      <w:tr>
        <w:trPr>
          <w:cantSplit/>
        </w:trPr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1F4D78"/>
                <w:sz w:val="16"/>
              </w:rPr>
              <w:t>Unofficial portion combined with official travel?</w:t>
              <w:br/>
            </w:r>
            <w:r>
              <w:rPr>
                <w:rFonts w:ascii="Calibri" w:hAnsi="Calibri"/>
                <w:i/>
                <w:color w:val="666666"/>
                <w:sz w:val="18"/>
              </w:rPr>
              <w:t>Yes / No. Describe the unofficial portion</w:t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1F4D78"/>
                <w:sz w:val="16"/>
              </w:rPr>
              <w:t>Additional program or customer requirements?</w:t>
              <w:br/>
            </w:r>
            <w:r>
              <w:rPr>
                <w:rFonts w:ascii="Calibri" w:hAnsi="Calibri"/>
                <w:i/>
                <w:color w:val="666666"/>
                <w:sz w:val="18"/>
              </w:rPr>
              <w:t>Yes / No / Unknown. Identify program or customer</w:t>
            </w:r>
          </w:p>
        </w:tc>
      </w:tr>
    </w:tbl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600"/>
        <w:gridCol w:w="8760"/>
      </w:tblGrid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2E74B5"/>
          </w:tcPr>
          <w:p>
            <w:pPr>
              <w:spacing w:after="0"/>
              <w:jc w:val="center"/>
            </w:pPr>
            <w:r/>
            <w:r>
              <w:rPr>
                <w:rFonts w:ascii="Calibri" w:hAnsi="Calibri"/>
                <w:b/>
                <w:color w:val="FFFFFF"/>
                <w:sz w:val="22"/>
              </w:rPr>
              <w:t>3</w:t>
            </w:r>
          </w:p>
        </w:tc>
        <w:tc>
          <w:tcPr>
            <w:tcW w:type="dxa" w:w="8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1F4D78"/>
                <w:sz w:val="22"/>
              </w:rPr>
              <w:t>Detailed itinerary</w:t>
            </w:r>
          </w:p>
        </w:tc>
      </w:tr>
    </w:tbl>
    <w:p>
      <w:pPr>
        <w:pStyle w:val="FormNote"/>
        <w:keepNext/>
      </w:pPr>
      <w:r>
        <w:t>List every country and segment. Attach additional pages if needed.</w:t>
      </w:r>
    </w:p>
    <w:p>
      <w:pPr>
        <w:keepNext/>
        <w:spacing w:before="100" w:after="60"/>
      </w:pPr>
      <w:r>
        <w:rPr>
          <w:rFonts w:ascii="Calibri" w:hAnsi="Calibri"/>
          <w:b/>
          <w:color w:val="1F4D78"/>
          <w:sz w:val="18"/>
        </w:rPr>
        <w:t>Destination / segment 1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340"/>
        <w:gridCol w:w="2340"/>
        <w:gridCol w:w="2340"/>
        <w:gridCol w:w="2340"/>
      </w:tblGrid>
      <w:tr>
        <w:trPr>
          <w:cantSplit/>
        </w:trPr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1F4D78"/>
                <w:sz w:val="16"/>
              </w:rPr>
              <w:t>Country</w:t>
              <w:br/>
            </w:r>
            <w:r>
              <w:rPr>
                <w:rFonts w:ascii="Calibri" w:hAnsi="Calibri"/>
                <w:i/>
                <w:color w:val="666666"/>
                <w:sz w:val="18"/>
              </w:rPr>
              <w:t>Enter country</w:t>
            </w:r>
          </w:p>
        </w:tc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1F4D78"/>
                <w:sz w:val="16"/>
              </w:rPr>
              <w:t>City / region</w:t>
              <w:br/>
            </w:r>
            <w:r>
              <w:rPr>
                <w:rFonts w:ascii="Calibri" w:hAnsi="Calibri"/>
                <w:i/>
                <w:color w:val="666666"/>
                <w:sz w:val="18"/>
              </w:rPr>
              <w:t>Enter city or region</w:t>
            </w:r>
          </w:p>
        </w:tc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1F4D78"/>
                <w:sz w:val="16"/>
              </w:rPr>
              <w:t>Arrival</w:t>
              <w:br/>
            </w:r>
            <w:r>
              <w:rPr>
                <w:rFonts w:ascii="Calibri" w:hAnsi="Calibri"/>
                <w:i/>
                <w:color w:val="666666"/>
                <w:sz w:val="18"/>
              </w:rPr>
              <w:t>MM/DD/YYYY</w:t>
            </w:r>
          </w:p>
        </w:tc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1F4D78"/>
                <w:sz w:val="16"/>
              </w:rPr>
              <w:t>Departure</w:t>
              <w:br/>
            </w:r>
            <w:r>
              <w:rPr>
                <w:rFonts w:ascii="Calibri" w:hAnsi="Calibri"/>
                <w:i/>
                <w:color w:val="666666"/>
                <w:sz w:val="18"/>
              </w:rPr>
              <w:t>MM/DD/YYYY</w:t>
            </w:r>
          </w:p>
        </w:tc>
      </w:tr>
    </w:tbl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3600"/>
        <w:gridCol w:w="5760"/>
      </w:tblGrid>
      <w:tr>
        <w:trPr>
          <w:cantSplit/>
        </w:trP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1F4D78"/>
                <w:sz w:val="16"/>
              </w:rPr>
              <w:t>Mode and carrier</w:t>
              <w:br/>
            </w:r>
            <w:r>
              <w:rPr>
                <w:rFonts w:ascii="Calibri" w:hAnsi="Calibri"/>
                <w:i/>
                <w:color w:val="666666"/>
                <w:sz w:val="18"/>
              </w:rPr>
              <w:t>Airline / flight, rail, cruise, vehicle, or other</w:t>
            </w:r>
          </w:p>
        </w:tc>
        <w:tc>
          <w:tcPr>
            <w:tcW w:type="dxa" w:w="5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1F4D78"/>
                <w:sz w:val="16"/>
              </w:rPr>
              <w:t>Lodging / address</w:t>
              <w:br/>
            </w:r>
            <w:r>
              <w:rPr>
                <w:rFonts w:ascii="Calibri" w:hAnsi="Calibri"/>
                <w:i/>
                <w:color w:val="666666"/>
                <w:sz w:val="18"/>
              </w:rPr>
              <w:t>Enter hotel, residence, or other location</w:t>
            </w:r>
          </w:p>
        </w:tc>
      </w:tr>
    </w:tbl>
    <w:p>
      <w:pPr>
        <w:keepNext/>
        <w:spacing w:before="100" w:after="60"/>
      </w:pPr>
      <w:r>
        <w:rPr>
          <w:rFonts w:ascii="Calibri" w:hAnsi="Calibri"/>
          <w:b/>
          <w:color w:val="1F4D78"/>
          <w:sz w:val="18"/>
        </w:rPr>
        <w:t>Destination / segment 2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340"/>
        <w:gridCol w:w="2340"/>
        <w:gridCol w:w="2340"/>
        <w:gridCol w:w="2340"/>
      </w:tblGrid>
      <w:tr>
        <w:trPr>
          <w:cantSplit/>
        </w:trPr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1F4D78"/>
                <w:sz w:val="16"/>
              </w:rPr>
              <w:t>Country</w:t>
              <w:br/>
            </w:r>
            <w:r>
              <w:rPr>
                <w:rFonts w:ascii="Calibri" w:hAnsi="Calibri"/>
                <w:i/>
                <w:color w:val="666666"/>
                <w:sz w:val="18"/>
              </w:rPr>
              <w:t>Enter country</w:t>
            </w:r>
          </w:p>
        </w:tc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1F4D78"/>
                <w:sz w:val="16"/>
              </w:rPr>
              <w:t>City / region</w:t>
              <w:br/>
            </w:r>
            <w:r>
              <w:rPr>
                <w:rFonts w:ascii="Calibri" w:hAnsi="Calibri"/>
                <w:i/>
                <w:color w:val="666666"/>
                <w:sz w:val="18"/>
              </w:rPr>
              <w:t>Enter city or region</w:t>
            </w:r>
          </w:p>
        </w:tc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1F4D78"/>
                <w:sz w:val="16"/>
              </w:rPr>
              <w:t>Arrival</w:t>
              <w:br/>
            </w:r>
            <w:r>
              <w:rPr>
                <w:rFonts w:ascii="Calibri" w:hAnsi="Calibri"/>
                <w:i/>
                <w:color w:val="666666"/>
                <w:sz w:val="18"/>
              </w:rPr>
              <w:t>MM/DD/YYYY</w:t>
            </w:r>
          </w:p>
        </w:tc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1F4D78"/>
                <w:sz w:val="16"/>
              </w:rPr>
              <w:t>Departure</w:t>
              <w:br/>
            </w:r>
            <w:r>
              <w:rPr>
                <w:rFonts w:ascii="Calibri" w:hAnsi="Calibri"/>
                <w:i/>
                <w:color w:val="666666"/>
                <w:sz w:val="18"/>
              </w:rPr>
              <w:t>MM/DD/YYYY</w:t>
            </w:r>
          </w:p>
        </w:tc>
      </w:tr>
    </w:tbl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3600"/>
        <w:gridCol w:w="5760"/>
      </w:tblGrid>
      <w:tr>
        <w:trPr>
          <w:cantSplit/>
        </w:trP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1F4D78"/>
                <w:sz w:val="16"/>
              </w:rPr>
              <w:t>Mode and carrier</w:t>
              <w:br/>
            </w:r>
            <w:r>
              <w:rPr>
                <w:rFonts w:ascii="Calibri" w:hAnsi="Calibri"/>
                <w:i/>
                <w:color w:val="666666"/>
                <w:sz w:val="18"/>
              </w:rPr>
              <w:t>Airline / flight, rail, cruise, vehicle, or other</w:t>
            </w:r>
          </w:p>
        </w:tc>
        <w:tc>
          <w:tcPr>
            <w:tcW w:type="dxa" w:w="5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1F4D78"/>
                <w:sz w:val="16"/>
              </w:rPr>
              <w:t>Lodging / address</w:t>
              <w:br/>
            </w:r>
            <w:r>
              <w:rPr>
                <w:rFonts w:ascii="Calibri" w:hAnsi="Calibri"/>
                <w:i/>
                <w:color w:val="666666"/>
                <w:sz w:val="18"/>
              </w:rPr>
              <w:t>Enter hotel, residence, or other location</w:t>
            </w:r>
          </w:p>
        </w:tc>
      </w:tr>
    </w:tbl>
    <w:p>
      <w:pPr>
        <w:keepNext/>
        <w:spacing w:before="100" w:after="60"/>
      </w:pPr>
      <w:r>
        <w:rPr>
          <w:rFonts w:ascii="Calibri" w:hAnsi="Calibri"/>
          <w:b/>
          <w:color w:val="1F4D78"/>
          <w:sz w:val="18"/>
        </w:rPr>
        <w:t>Destination / segment 3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340"/>
        <w:gridCol w:w="2340"/>
        <w:gridCol w:w="2340"/>
        <w:gridCol w:w="2340"/>
      </w:tblGrid>
      <w:tr>
        <w:trPr>
          <w:cantSplit/>
        </w:trPr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1F4D78"/>
                <w:sz w:val="16"/>
              </w:rPr>
              <w:t>Country</w:t>
              <w:br/>
            </w:r>
            <w:r>
              <w:rPr>
                <w:rFonts w:ascii="Calibri" w:hAnsi="Calibri"/>
                <w:i/>
                <w:color w:val="666666"/>
                <w:sz w:val="18"/>
              </w:rPr>
              <w:t>Enter country</w:t>
            </w:r>
          </w:p>
        </w:tc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1F4D78"/>
                <w:sz w:val="16"/>
              </w:rPr>
              <w:t>City / region</w:t>
              <w:br/>
            </w:r>
            <w:r>
              <w:rPr>
                <w:rFonts w:ascii="Calibri" w:hAnsi="Calibri"/>
                <w:i/>
                <w:color w:val="666666"/>
                <w:sz w:val="18"/>
              </w:rPr>
              <w:t>Enter city or region</w:t>
            </w:r>
          </w:p>
        </w:tc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1F4D78"/>
                <w:sz w:val="16"/>
              </w:rPr>
              <w:t>Arrival</w:t>
              <w:br/>
            </w:r>
            <w:r>
              <w:rPr>
                <w:rFonts w:ascii="Calibri" w:hAnsi="Calibri"/>
                <w:i/>
                <w:color w:val="666666"/>
                <w:sz w:val="18"/>
              </w:rPr>
              <w:t>MM/DD/YYYY</w:t>
            </w:r>
          </w:p>
        </w:tc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1F4D78"/>
                <w:sz w:val="16"/>
              </w:rPr>
              <w:t>Departure</w:t>
              <w:br/>
            </w:r>
            <w:r>
              <w:rPr>
                <w:rFonts w:ascii="Calibri" w:hAnsi="Calibri"/>
                <w:i/>
                <w:color w:val="666666"/>
                <w:sz w:val="18"/>
              </w:rPr>
              <w:t>MM/DD/YYYY</w:t>
            </w:r>
          </w:p>
        </w:tc>
      </w:tr>
    </w:tbl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3600"/>
        <w:gridCol w:w="5760"/>
      </w:tblGrid>
      <w:tr>
        <w:trPr>
          <w:cantSplit/>
        </w:trP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1F4D78"/>
                <w:sz w:val="16"/>
              </w:rPr>
              <w:t>Mode and carrier</w:t>
              <w:br/>
            </w:r>
            <w:r>
              <w:rPr>
                <w:rFonts w:ascii="Calibri" w:hAnsi="Calibri"/>
                <w:i/>
                <w:color w:val="666666"/>
                <w:sz w:val="18"/>
              </w:rPr>
              <w:t>Airline / flight, rail, cruise, vehicle, or other</w:t>
            </w:r>
          </w:p>
        </w:tc>
        <w:tc>
          <w:tcPr>
            <w:tcW w:type="dxa" w:w="5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1F4D78"/>
                <w:sz w:val="16"/>
              </w:rPr>
              <w:t>Lodging / address</w:t>
              <w:br/>
            </w:r>
            <w:r>
              <w:rPr>
                <w:rFonts w:ascii="Calibri" w:hAnsi="Calibri"/>
                <w:i/>
                <w:color w:val="666666"/>
                <w:sz w:val="18"/>
              </w:rPr>
              <w:t>Enter hotel, residence, or other location</w:t>
            </w:r>
          </w:p>
        </w:tc>
      </w:tr>
    </w:tbl>
    <w:p>
      <w:r>
        <w:br w:type="page"/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600"/>
        <w:gridCol w:w="8760"/>
      </w:tblGrid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2E74B5"/>
          </w:tcPr>
          <w:p>
            <w:pPr>
              <w:spacing w:after="0"/>
              <w:jc w:val="center"/>
            </w:pPr>
            <w:r/>
            <w:r>
              <w:rPr>
                <w:rFonts w:ascii="Calibri" w:hAnsi="Calibri"/>
                <w:b/>
                <w:color w:val="FFFFFF"/>
                <w:sz w:val="22"/>
              </w:rPr>
              <w:t>4</w:t>
            </w:r>
          </w:p>
        </w:tc>
        <w:tc>
          <w:tcPr>
            <w:tcW w:type="dxa" w:w="8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1F4D78"/>
                <w:sz w:val="22"/>
              </w:rPr>
              <w:t>Passport information</w:t>
            </w:r>
          </w:p>
        </w:tc>
      </w:tr>
    </w:tbl>
    <w:p>
      <w:pPr>
        <w:pStyle w:val="FormNote"/>
        <w:keepNext/>
      </w:pPr>
      <w:r>
        <w:t>Enter information for the passport that will be used. Protect this section as personally identifiable information.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3120"/>
        <w:gridCol w:w="3120"/>
        <w:gridCol w:w="3120"/>
      </w:tblGrid>
      <w:tr>
        <w:trPr>
          <w:cantSplit/>
        </w:trPr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1F4D78"/>
                <w:sz w:val="16"/>
              </w:rPr>
              <w:t>Full name on passport</w:t>
              <w:br/>
            </w:r>
            <w:r>
              <w:rPr>
                <w:rFonts w:ascii="Calibri" w:hAnsi="Calibri"/>
                <w:i/>
                <w:color w:val="666666"/>
                <w:sz w:val="18"/>
              </w:rPr>
              <w:t>Enter full name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1F4D78"/>
                <w:sz w:val="16"/>
              </w:rPr>
              <w:t>Issuing country</w:t>
              <w:br/>
            </w:r>
            <w:r>
              <w:rPr>
                <w:rFonts w:ascii="Calibri" w:hAnsi="Calibri"/>
                <w:i/>
                <w:color w:val="666666"/>
                <w:sz w:val="18"/>
              </w:rPr>
              <w:t>Enter country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1F4D78"/>
                <w:sz w:val="16"/>
              </w:rPr>
              <w:t>Passport number</w:t>
              <w:br/>
            </w:r>
            <w:r>
              <w:rPr>
                <w:rFonts w:ascii="Calibri" w:hAnsi="Calibri"/>
                <w:i/>
                <w:color w:val="666666"/>
                <w:sz w:val="18"/>
              </w:rPr>
              <w:t>Enter number</w:t>
            </w:r>
          </w:p>
        </w:tc>
      </w:tr>
      <w:tr>
        <w:trPr>
          <w:cantSplit/>
        </w:trPr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1F4D78"/>
                <w:sz w:val="16"/>
              </w:rPr>
              <w:t>Issue date</w:t>
              <w:br/>
            </w:r>
            <w:r>
              <w:rPr>
                <w:rFonts w:ascii="Calibri" w:hAnsi="Calibri"/>
                <w:i/>
                <w:color w:val="666666"/>
                <w:sz w:val="18"/>
              </w:rPr>
              <w:t>MM/DD/YYYY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1F4D78"/>
                <w:sz w:val="16"/>
              </w:rPr>
              <w:t>Expiration date</w:t>
              <w:br/>
            </w:r>
            <w:r>
              <w:rPr>
                <w:rFonts w:ascii="Calibri" w:hAnsi="Calibri"/>
                <w:i/>
                <w:color w:val="666666"/>
                <w:sz w:val="18"/>
              </w:rPr>
              <w:t>MM/DD/YYYY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1F4D78"/>
                <w:sz w:val="16"/>
              </w:rPr>
              <w:t>Additional passport used?</w:t>
              <w:br/>
            </w:r>
            <w:r>
              <w:rPr>
                <w:rFonts w:ascii="Calibri" w:hAnsi="Calibri"/>
                <w:i/>
                <w:color w:val="666666"/>
                <w:sz w:val="18"/>
              </w:rPr>
              <w:t>Yes / No. If yes, describe per company policy</w:t>
            </w:r>
          </w:p>
        </w:tc>
      </w:tr>
    </w:tbl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600"/>
        <w:gridCol w:w="8760"/>
      </w:tblGrid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2E74B5"/>
          </w:tcPr>
          <w:p>
            <w:pPr>
              <w:spacing w:after="0"/>
              <w:jc w:val="center"/>
            </w:pPr>
            <w:r/>
            <w:r>
              <w:rPr>
                <w:rFonts w:ascii="Calibri" w:hAnsi="Calibri"/>
                <w:b/>
                <w:color w:val="FFFFFF"/>
                <w:sz w:val="22"/>
              </w:rPr>
              <w:t>5</w:t>
            </w:r>
          </w:p>
        </w:tc>
        <w:tc>
          <w:tcPr>
            <w:tcW w:type="dxa" w:w="8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1F4D78"/>
                <w:sz w:val="22"/>
              </w:rPr>
              <w:t>Foreign national travel companions</w:t>
            </w:r>
          </w:p>
        </w:tc>
      </w:tr>
    </w:tbl>
    <w:p>
      <w:pPr>
        <w:pStyle w:val="FormNote"/>
        <w:keepNext/>
      </w:pPr>
      <w:r>
        <w:t>List foreign national companions and the relationship or association. Attach additional pages if needed.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2600"/>
        <w:gridCol w:w="1900"/>
        <w:gridCol w:w="2560"/>
        <w:gridCol w:w="2300"/>
      </w:tblGrid>
      <w:tr>
        <w:trPr>
          <w:tblHeader w:val="true"/>
        </w:trPr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1F4D78"/>
                <w:sz w:val="18"/>
              </w:rPr>
              <w:t>Name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1F4D78"/>
                <w:sz w:val="18"/>
              </w:rPr>
              <w:t>Nationality</w:t>
            </w:r>
          </w:p>
        </w:tc>
        <w:tc>
          <w:tcPr>
            <w:tcW w:type="dxa" w:w="25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1F4D78"/>
                <w:sz w:val="18"/>
              </w:rPr>
              <w:t>Relationship / association</w:t>
            </w:r>
          </w:p>
        </w:tc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1F4D78"/>
                <w:sz w:val="18"/>
              </w:rPr>
              <w:t>Notes</w:t>
            </w:r>
          </w:p>
        </w:tc>
      </w:tr>
      <w:tr>
        <w:trPr>
          <w:trHeight w:val="547"/>
          <w:cantSplit/>
        </w:trPr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sz w:val="18"/>
              </w:rPr>
              <w:t xml:space="preserve"> 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sz w:val="18"/>
              </w:rPr>
              <w:t xml:space="preserve"> </w:t>
            </w:r>
          </w:p>
        </w:tc>
        <w:tc>
          <w:tcPr>
            <w:tcW w:type="dxa" w:w="25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sz w:val="18"/>
              </w:rPr>
              <w:t xml:space="preserve"> </w:t>
            </w:r>
          </w:p>
        </w:tc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sz w:val="18"/>
              </w:rPr>
              <w:t xml:space="preserve"> </w:t>
            </w:r>
          </w:p>
        </w:tc>
      </w:tr>
      <w:tr>
        <w:trPr>
          <w:trHeight w:val="547"/>
          <w:cantSplit/>
        </w:trPr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sz w:val="18"/>
              </w:rPr>
              <w:t xml:space="preserve"> 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sz w:val="18"/>
              </w:rPr>
              <w:t xml:space="preserve"> </w:t>
            </w:r>
          </w:p>
        </w:tc>
        <w:tc>
          <w:tcPr>
            <w:tcW w:type="dxa" w:w="25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sz w:val="18"/>
              </w:rPr>
              <w:t xml:space="preserve"> </w:t>
            </w:r>
          </w:p>
        </w:tc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sz w:val="18"/>
              </w:rPr>
              <w:t xml:space="preserve"> </w:t>
            </w:r>
          </w:p>
        </w:tc>
      </w:tr>
      <w:tr>
        <w:trPr>
          <w:trHeight w:val="547"/>
          <w:cantSplit/>
        </w:trPr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sz w:val="18"/>
              </w:rPr>
              <w:t xml:space="preserve"> 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sz w:val="18"/>
              </w:rPr>
              <w:t xml:space="preserve"> </w:t>
            </w:r>
          </w:p>
        </w:tc>
        <w:tc>
          <w:tcPr>
            <w:tcW w:type="dxa" w:w="25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sz w:val="18"/>
              </w:rPr>
              <w:t xml:space="preserve"> </w:t>
            </w:r>
          </w:p>
        </w:tc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sz w:val="18"/>
              </w:rPr>
              <w:t xml:space="preserve"> </w:t>
            </w:r>
          </w:p>
        </w:tc>
      </w:tr>
      <w:tr>
        <w:trPr>
          <w:trHeight w:val="547"/>
          <w:cantSplit/>
        </w:trPr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sz w:val="18"/>
              </w:rPr>
              <w:t xml:space="preserve"> 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sz w:val="18"/>
              </w:rPr>
              <w:t xml:space="preserve"> </w:t>
            </w:r>
          </w:p>
        </w:tc>
        <w:tc>
          <w:tcPr>
            <w:tcW w:type="dxa" w:w="25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sz w:val="18"/>
              </w:rPr>
              <w:t xml:space="preserve"> </w:t>
            </w:r>
          </w:p>
        </w:tc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sz w:val="18"/>
              </w:rPr>
              <w:t xml:space="preserve"> </w:t>
            </w:r>
          </w:p>
        </w:tc>
      </w:tr>
    </w:tbl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600"/>
        <w:gridCol w:w="8760"/>
      </w:tblGrid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2E74B5"/>
          </w:tcPr>
          <w:p>
            <w:pPr>
              <w:spacing w:after="0"/>
              <w:jc w:val="center"/>
            </w:pPr>
            <w:r/>
            <w:r>
              <w:rPr>
                <w:rFonts w:ascii="Calibri" w:hAnsi="Calibri"/>
                <w:b/>
                <w:color w:val="FFFFFF"/>
                <w:sz w:val="22"/>
              </w:rPr>
              <w:t>6</w:t>
            </w:r>
          </w:p>
        </w:tc>
        <w:tc>
          <w:tcPr>
            <w:tcW w:type="dxa" w:w="8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1F4D78"/>
                <w:sz w:val="22"/>
              </w:rPr>
              <w:t>Planned foreign contacts and emergency contact</w:t>
            </w:r>
          </w:p>
        </w:tc>
      </w:tr>
    </w:tbl>
    <w:p>
      <w:pPr>
        <w:pStyle w:val="FormNote"/>
        <w:keepNext/>
      </w:pPr>
      <w:r>
        <w:t>Include the purpose and nature of expected foreign contacts.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2350"/>
        <w:gridCol w:w="2050"/>
        <w:gridCol w:w="2600"/>
        <w:gridCol w:w="2360"/>
      </w:tblGrid>
      <w:tr>
        <w:trPr>
          <w:tblHeader w:val="true"/>
        </w:trPr>
        <w:tc>
          <w:tcPr>
            <w:tcW w:type="dxa" w:w="23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1F4D78"/>
                <w:sz w:val="18"/>
              </w:rPr>
              <w:t>Name / organization</w:t>
            </w:r>
          </w:p>
        </w:tc>
        <w:tc>
          <w:tcPr>
            <w:tcW w:type="dxa" w:w="2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1F4D78"/>
                <w:sz w:val="18"/>
              </w:rPr>
              <w:t>Country / nationality</w:t>
            </w:r>
          </w:p>
        </w:tc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1F4D78"/>
                <w:sz w:val="18"/>
              </w:rPr>
              <w:t>Relationship / purpose</w:t>
            </w:r>
          </w:p>
        </w:tc>
        <w:tc>
          <w:tcPr>
            <w:tcW w:type="dxa" w:w="2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1F4D78"/>
                <w:sz w:val="18"/>
              </w:rPr>
              <w:t>Expected frequency / notes</w:t>
            </w:r>
          </w:p>
        </w:tc>
      </w:tr>
      <w:tr>
        <w:trPr>
          <w:trHeight w:val="547"/>
          <w:cantSplit/>
        </w:trPr>
        <w:tc>
          <w:tcPr>
            <w:tcW w:type="dxa" w:w="23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sz w:val="18"/>
              </w:rPr>
              <w:t xml:space="preserve"> </w:t>
            </w:r>
          </w:p>
        </w:tc>
        <w:tc>
          <w:tcPr>
            <w:tcW w:type="dxa" w:w="2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sz w:val="18"/>
              </w:rPr>
              <w:t xml:space="preserve"> </w:t>
            </w:r>
          </w:p>
        </w:tc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sz w:val="18"/>
              </w:rPr>
              <w:t xml:space="preserve"> </w:t>
            </w:r>
          </w:p>
        </w:tc>
        <w:tc>
          <w:tcPr>
            <w:tcW w:type="dxa" w:w="2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sz w:val="18"/>
              </w:rPr>
              <w:t xml:space="preserve"> </w:t>
            </w:r>
          </w:p>
        </w:tc>
      </w:tr>
      <w:tr>
        <w:trPr>
          <w:trHeight w:val="547"/>
          <w:cantSplit/>
        </w:trPr>
        <w:tc>
          <w:tcPr>
            <w:tcW w:type="dxa" w:w="23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sz w:val="18"/>
              </w:rPr>
              <w:t xml:space="preserve"> </w:t>
            </w:r>
          </w:p>
        </w:tc>
        <w:tc>
          <w:tcPr>
            <w:tcW w:type="dxa" w:w="2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sz w:val="18"/>
              </w:rPr>
              <w:t xml:space="preserve"> </w:t>
            </w:r>
          </w:p>
        </w:tc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sz w:val="18"/>
              </w:rPr>
              <w:t xml:space="preserve"> </w:t>
            </w:r>
          </w:p>
        </w:tc>
        <w:tc>
          <w:tcPr>
            <w:tcW w:type="dxa" w:w="2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sz w:val="18"/>
              </w:rPr>
              <w:t xml:space="preserve"> </w:t>
            </w:r>
          </w:p>
        </w:tc>
      </w:tr>
      <w:tr>
        <w:trPr>
          <w:trHeight w:val="547"/>
          <w:cantSplit/>
        </w:trPr>
        <w:tc>
          <w:tcPr>
            <w:tcW w:type="dxa" w:w="23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sz w:val="18"/>
              </w:rPr>
              <w:t xml:space="preserve"> </w:t>
            </w:r>
          </w:p>
        </w:tc>
        <w:tc>
          <w:tcPr>
            <w:tcW w:type="dxa" w:w="2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sz w:val="18"/>
              </w:rPr>
              <w:t xml:space="preserve"> </w:t>
            </w:r>
          </w:p>
        </w:tc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sz w:val="18"/>
              </w:rPr>
              <w:t xml:space="preserve"> </w:t>
            </w:r>
          </w:p>
        </w:tc>
        <w:tc>
          <w:tcPr>
            <w:tcW w:type="dxa" w:w="2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sz w:val="18"/>
              </w:rPr>
              <w:t xml:space="preserve"> </w:t>
            </w:r>
          </w:p>
        </w:tc>
      </w:tr>
      <w:tr>
        <w:trPr>
          <w:trHeight w:val="547"/>
          <w:cantSplit/>
        </w:trPr>
        <w:tc>
          <w:tcPr>
            <w:tcW w:type="dxa" w:w="23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sz w:val="18"/>
              </w:rPr>
              <w:t xml:space="preserve"> </w:t>
            </w:r>
          </w:p>
        </w:tc>
        <w:tc>
          <w:tcPr>
            <w:tcW w:type="dxa" w:w="2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sz w:val="18"/>
              </w:rPr>
              <w:t xml:space="preserve"> </w:t>
            </w:r>
          </w:p>
        </w:tc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sz w:val="18"/>
              </w:rPr>
              <w:t xml:space="preserve"> </w:t>
            </w:r>
          </w:p>
        </w:tc>
        <w:tc>
          <w:tcPr>
            <w:tcW w:type="dxa" w:w="2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sz w:val="18"/>
              </w:rPr>
              <w:t xml:space="preserve"> </w:t>
            </w:r>
          </w:p>
        </w:tc>
      </w:tr>
    </w:tbl>
    <w:p>
      <w:pPr>
        <w:keepNext/>
        <w:spacing w:before="140" w:after="60"/>
      </w:pPr>
      <w:r>
        <w:rPr>
          <w:rFonts w:ascii="Calibri" w:hAnsi="Calibri"/>
          <w:b/>
          <w:color w:val="1F4D78"/>
          <w:sz w:val="18"/>
        </w:rPr>
        <w:t>Emergency point of contact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340"/>
        <w:gridCol w:w="2340"/>
        <w:gridCol w:w="2340"/>
        <w:gridCol w:w="2340"/>
      </w:tblGrid>
      <w:tr>
        <w:trPr>
          <w:cantSplit/>
        </w:trPr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1F4D78"/>
                <w:sz w:val="16"/>
              </w:rPr>
              <w:t>Name</w:t>
              <w:br/>
            </w:r>
            <w:r>
              <w:rPr>
                <w:rFonts w:ascii="Calibri" w:hAnsi="Calibri"/>
                <w:i/>
                <w:color w:val="666666"/>
                <w:sz w:val="18"/>
              </w:rPr>
              <w:t>Enter name</w:t>
            </w:r>
          </w:p>
        </w:tc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1F4D78"/>
                <w:sz w:val="16"/>
              </w:rPr>
              <w:t>Relationship</w:t>
              <w:br/>
            </w:r>
            <w:r>
              <w:rPr>
                <w:rFonts w:ascii="Calibri" w:hAnsi="Calibri"/>
                <w:i/>
                <w:color w:val="666666"/>
                <w:sz w:val="18"/>
              </w:rPr>
              <w:t>Enter relationship</w:t>
            </w:r>
          </w:p>
        </w:tc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1F4D78"/>
                <w:sz w:val="16"/>
              </w:rPr>
              <w:t>Telephone</w:t>
              <w:br/>
            </w:r>
            <w:r>
              <w:rPr>
                <w:rFonts w:ascii="Calibri" w:hAnsi="Calibri"/>
                <w:i/>
                <w:color w:val="666666"/>
                <w:sz w:val="18"/>
              </w:rPr>
              <w:t>Enter phone number</w:t>
            </w:r>
          </w:p>
        </w:tc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1F4D78"/>
                <w:sz w:val="16"/>
              </w:rPr>
              <w:t>Address / location</w:t>
              <w:br/>
            </w:r>
            <w:r>
              <w:rPr>
                <w:rFonts w:ascii="Calibri" w:hAnsi="Calibri"/>
                <w:i/>
                <w:color w:val="666666"/>
                <w:sz w:val="18"/>
              </w:rPr>
              <w:t>Enter address or location</w:t>
            </w:r>
          </w:p>
        </w:tc>
      </w:tr>
    </w:tbl>
    <w:p>
      <w:r>
        <w:br w:type="page"/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600"/>
        <w:gridCol w:w="8760"/>
      </w:tblGrid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2E74B5"/>
          </w:tcPr>
          <w:p>
            <w:pPr>
              <w:spacing w:after="0"/>
              <w:jc w:val="center"/>
            </w:pPr>
            <w:r/>
            <w:r>
              <w:rPr>
                <w:rFonts w:ascii="Calibri" w:hAnsi="Calibri"/>
                <w:b/>
                <w:color w:val="FFFFFF"/>
                <w:sz w:val="22"/>
              </w:rPr>
              <w:t>7</w:t>
            </w:r>
          </w:p>
        </w:tc>
        <w:tc>
          <w:tcPr>
            <w:tcW w:type="dxa" w:w="8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1F4D78"/>
                <w:sz w:val="22"/>
              </w:rPr>
              <w:t>Pre-travel FSO review</w:t>
            </w:r>
          </w:p>
        </w:tc>
      </w:tr>
    </w:tbl>
    <w:p>
      <w:pPr>
        <w:pStyle w:val="FormNote"/>
        <w:keepNext/>
      </w:pPr>
      <w:r>
        <w:t>Complete in accordance with current organizational and applicable government requirements.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6960"/>
        <w:gridCol w:w="1200"/>
        <w:gridCol w:w="1200"/>
      </w:tblGrid>
      <w:tr>
        <w:trPr>
          <w:tblHeader w:val="true"/>
        </w:trPr>
        <w:tc>
          <w:tcPr>
            <w:tcW w:type="dxa" w:w="6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  <w:jc w:val="left"/>
            </w:pPr>
            <w:r/>
            <w:r>
              <w:rPr>
                <w:rFonts w:ascii="Calibri" w:hAnsi="Calibri"/>
                <w:b/>
                <w:color w:val="1F4D78"/>
                <w:sz w:val="18"/>
              </w:rPr>
              <w:t>Review item</w:t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  <w:jc w:val="center"/>
            </w:pPr>
            <w:r/>
            <w:r>
              <w:rPr>
                <w:rFonts w:ascii="Calibri" w:hAnsi="Calibri"/>
                <w:b/>
                <w:color w:val="1F4D78"/>
                <w:sz w:val="18"/>
              </w:rPr>
              <w:t>Yes</w:t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  <w:jc w:val="center"/>
            </w:pPr>
            <w:r/>
            <w:r>
              <w:rPr>
                <w:rFonts w:ascii="Calibri" w:hAnsi="Calibri"/>
                <w:b/>
                <w:color w:val="1F4D78"/>
                <w:sz w:val="18"/>
              </w:rPr>
              <w:t>No</w:t>
            </w:r>
          </w:p>
        </w:tc>
      </w:tr>
      <w:tr>
        <w:trPr>
          <w:cantSplit/>
        </w:trPr>
        <w:tc>
          <w:tcPr>
            <w:tcW w:type="dxa" w:w="6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sz w:val="18"/>
              </w:rPr>
              <w:t>Required traveler and itinerary information received before departure</w:t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Calibri" w:hAnsi="Calibri"/>
                <w:b w:val="0"/>
                <w:sz w:val="24"/>
              </w:rPr>
              <w:t>☐</w:t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Calibri" w:hAnsi="Calibri"/>
                <w:b w:val="0"/>
                <w:sz w:val="24"/>
              </w:rPr>
              <w:t>☐</w:t>
            </w:r>
          </w:p>
        </w:tc>
      </w:tr>
      <w:tr>
        <w:trPr>
          <w:cantSplit/>
        </w:trPr>
        <w:tc>
          <w:tcPr>
            <w:tcW w:type="dxa" w:w="6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sz w:val="18"/>
              </w:rPr>
              <w:t>Countries, dates, travel modes, and carriers reviewed for completeness</w:t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Calibri" w:hAnsi="Calibri"/>
                <w:b w:val="0"/>
                <w:sz w:val="24"/>
              </w:rPr>
              <w:t>☐</w:t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Calibri" w:hAnsi="Calibri"/>
                <w:b w:val="0"/>
                <w:sz w:val="24"/>
              </w:rPr>
              <w:t>☐</w:t>
            </w:r>
          </w:p>
        </w:tc>
      </w:tr>
      <w:tr>
        <w:trPr>
          <w:cantSplit/>
        </w:trPr>
        <w:tc>
          <w:tcPr>
            <w:tcW w:type="dxa" w:w="6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sz w:val="18"/>
              </w:rPr>
              <w:t>Passport, travel companion, planned contact, and emergency contact information reviewed</w:t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Calibri" w:hAnsi="Calibri"/>
                <w:b w:val="0"/>
                <w:sz w:val="24"/>
              </w:rPr>
              <w:t>☐</w:t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Calibri" w:hAnsi="Calibri"/>
                <w:b w:val="0"/>
                <w:sz w:val="24"/>
              </w:rPr>
              <w:t>☐</w:t>
            </w:r>
          </w:p>
        </w:tc>
      </w:tr>
      <w:tr>
        <w:trPr>
          <w:cantSplit/>
        </w:trPr>
        <w:tc>
          <w:tcPr>
            <w:tcW w:type="dxa" w:w="6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sz w:val="18"/>
              </w:rPr>
              <w:t>Applicable U.S. Government destination and threat information reviewed</w:t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Calibri" w:hAnsi="Calibri"/>
                <w:b w:val="0"/>
                <w:sz w:val="24"/>
              </w:rPr>
              <w:t>☐</w:t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Calibri" w:hAnsi="Calibri"/>
                <w:b w:val="0"/>
                <w:sz w:val="24"/>
              </w:rPr>
              <w:t>☐</w:t>
            </w:r>
          </w:p>
        </w:tc>
      </w:tr>
      <w:tr>
        <w:trPr>
          <w:cantSplit/>
        </w:trPr>
        <w:tc>
          <w:tcPr>
            <w:tcW w:type="dxa" w:w="6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sz w:val="18"/>
              </w:rPr>
              <w:t>NCSC Safe Travels or other required security information provided</w:t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Calibri" w:hAnsi="Calibri"/>
                <w:b w:val="0"/>
                <w:sz w:val="24"/>
              </w:rPr>
              <w:t>☐</w:t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Calibri" w:hAnsi="Calibri"/>
                <w:b w:val="0"/>
                <w:sz w:val="24"/>
              </w:rPr>
              <w:t>☐</w:t>
            </w:r>
          </w:p>
        </w:tc>
      </w:tr>
      <w:tr>
        <w:trPr>
          <w:cantSplit/>
        </w:trPr>
        <w:tc>
          <w:tcPr>
            <w:tcW w:type="dxa" w:w="6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sz w:val="18"/>
              </w:rPr>
              <w:t>Pre-travel briefing requirement evaluated and coordinated when applicable</w:t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Calibri" w:hAnsi="Calibri"/>
                <w:b w:val="0"/>
                <w:sz w:val="24"/>
              </w:rPr>
              <w:t>☐</w:t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Calibri" w:hAnsi="Calibri"/>
                <w:b w:val="0"/>
                <w:sz w:val="24"/>
              </w:rPr>
              <w:t>☐</w:t>
            </w:r>
          </w:p>
        </w:tc>
      </w:tr>
      <w:tr>
        <w:trPr>
          <w:cantSplit/>
        </w:trPr>
        <w:tc>
          <w:tcPr>
            <w:tcW w:type="dxa" w:w="6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sz w:val="18"/>
              </w:rPr>
              <w:t>Customer, contract, SCI, SAP, or other access requirements evaluated</w:t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Calibri" w:hAnsi="Calibri"/>
                <w:b w:val="0"/>
                <w:sz w:val="24"/>
              </w:rPr>
              <w:t>☐</w:t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Calibri" w:hAnsi="Calibri"/>
                <w:b w:val="0"/>
                <w:sz w:val="24"/>
              </w:rPr>
              <w:t>☐</w:t>
            </w:r>
          </w:p>
        </w:tc>
      </w:tr>
      <w:tr>
        <w:trPr>
          <w:cantSplit/>
        </w:trPr>
        <w:tc>
          <w:tcPr>
            <w:tcW w:type="dxa" w:w="6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sz w:val="18"/>
              </w:rPr>
              <w:t>Report submitted in DISS or the applicable successor system</w:t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Calibri" w:hAnsi="Calibri"/>
                <w:b w:val="0"/>
                <w:sz w:val="24"/>
              </w:rPr>
              <w:t>☐</w:t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Calibri" w:hAnsi="Calibri"/>
                <w:b w:val="0"/>
                <w:sz w:val="24"/>
              </w:rPr>
              <w:t>☐</w:t>
            </w:r>
          </w:p>
        </w:tc>
      </w:tr>
    </w:tbl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340"/>
        <w:gridCol w:w="2340"/>
        <w:gridCol w:w="2340"/>
        <w:gridCol w:w="2340"/>
      </w:tblGrid>
      <w:tr>
        <w:trPr>
          <w:cantSplit/>
        </w:trPr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1F4D78"/>
                <w:sz w:val="16"/>
              </w:rPr>
              <w:t>DISS submission date</w:t>
              <w:br/>
            </w:r>
            <w:r>
              <w:rPr>
                <w:rFonts w:ascii="Calibri" w:hAnsi="Calibri"/>
                <w:i/>
                <w:color w:val="666666"/>
                <w:sz w:val="18"/>
              </w:rPr>
              <w:t>MM/DD/YYYY</w:t>
            </w:r>
          </w:p>
        </w:tc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1F4D78"/>
                <w:sz w:val="16"/>
              </w:rPr>
              <w:t>DISS / internal reference</w:t>
              <w:br/>
            </w:r>
            <w:r>
              <w:rPr>
                <w:rFonts w:ascii="Calibri" w:hAnsi="Calibri"/>
                <w:i/>
                <w:color w:val="666666"/>
                <w:sz w:val="18"/>
              </w:rPr>
              <w:t>Enter authorized reference</w:t>
            </w:r>
          </w:p>
        </w:tc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1F4D78"/>
                <w:sz w:val="16"/>
              </w:rPr>
              <w:t>Briefing date</w:t>
              <w:br/>
            </w:r>
            <w:r>
              <w:rPr>
                <w:rFonts w:ascii="Calibri" w:hAnsi="Calibri"/>
                <w:i/>
                <w:color w:val="666666"/>
                <w:sz w:val="18"/>
              </w:rPr>
              <w:t>MM/DD/YYYY or N/A</w:t>
            </w:r>
          </w:p>
        </w:tc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1F4D78"/>
                <w:sz w:val="16"/>
              </w:rPr>
              <w:t>Briefed by</w:t>
              <w:br/>
            </w:r>
            <w:r>
              <w:rPr>
                <w:rFonts w:ascii="Calibri" w:hAnsi="Calibri"/>
                <w:i/>
                <w:color w:val="666666"/>
                <w:sz w:val="18"/>
              </w:rPr>
              <w:t>Enter name / office or N/A</w:t>
            </w:r>
          </w:p>
        </w:tc>
      </w:tr>
    </w:tbl>
    <w:p>
      <w:pPr>
        <w:pStyle w:val="FormNote"/>
        <w:keepNext/>
      </w:pPr>
      <w:r>
        <w:t>FSO notes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trHeight w:val="403"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sz w:val="18"/>
              </w:rPr>
              <w:t xml:space="preserve"> </w:t>
            </w:r>
          </w:p>
        </w:tc>
      </w:tr>
      <w:tr>
        <w:trPr>
          <w:trHeight w:val="403"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sz w:val="18"/>
              </w:rPr>
              <w:t xml:space="preserve"> </w:t>
            </w:r>
          </w:p>
        </w:tc>
      </w:tr>
      <w:tr>
        <w:trPr>
          <w:trHeight w:val="403"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sz w:val="18"/>
              </w:rPr>
              <w:t xml:space="preserve"> </w:t>
            </w:r>
          </w:p>
        </w:tc>
      </w:tr>
    </w:tbl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600"/>
        <w:gridCol w:w="8760"/>
      </w:tblGrid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2E74B5"/>
          </w:tcPr>
          <w:p>
            <w:pPr>
              <w:spacing w:after="0"/>
              <w:jc w:val="center"/>
            </w:pPr>
            <w:r/>
            <w:r>
              <w:rPr>
                <w:rFonts w:ascii="Calibri" w:hAnsi="Calibri"/>
                <w:b/>
                <w:color w:val="FFFFFF"/>
                <w:sz w:val="22"/>
              </w:rPr>
              <w:t>8</w:t>
            </w:r>
          </w:p>
        </w:tc>
        <w:tc>
          <w:tcPr>
            <w:tcW w:type="dxa" w:w="8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1F4D78"/>
                <w:sz w:val="22"/>
              </w:rPr>
              <w:t>Post-travel update</w:t>
            </w:r>
          </w:p>
        </w:tc>
      </w:tr>
    </w:tbl>
    <w:p>
      <w:pPr>
        <w:pStyle w:val="FormNote"/>
        <w:keepNext/>
      </w:pPr>
      <w:r>
        <w:t>Traveler completes this section when required. Report immediate security concerns promptly through established channels.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340"/>
        <w:gridCol w:w="2340"/>
        <w:gridCol w:w="2340"/>
        <w:gridCol w:w="2340"/>
      </w:tblGrid>
      <w:tr>
        <w:trPr>
          <w:cantSplit/>
        </w:trPr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1F4D78"/>
                <w:sz w:val="16"/>
              </w:rPr>
              <w:t>Actual return date</w:t>
              <w:br/>
            </w:r>
            <w:r>
              <w:rPr>
                <w:rFonts w:ascii="Calibri" w:hAnsi="Calibri"/>
                <w:i/>
                <w:color w:val="666666"/>
                <w:sz w:val="18"/>
              </w:rPr>
              <w:t>MM/DD/YYYY</w:t>
            </w:r>
          </w:p>
        </w:tc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1F4D78"/>
                <w:sz w:val="16"/>
              </w:rPr>
              <w:t>Post-travel update submitted</w:t>
              <w:br/>
            </w:r>
            <w:r>
              <w:rPr>
                <w:rFonts w:ascii="Calibri" w:hAnsi="Calibri"/>
                <w:i/>
                <w:color w:val="666666"/>
                <w:sz w:val="18"/>
              </w:rPr>
              <w:t>MM/DD/YYYY</w:t>
            </w:r>
          </w:p>
        </w:tc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1F4D78"/>
                <w:sz w:val="16"/>
              </w:rPr>
              <w:t>Itinerary changed?</w:t>
              <w:br/>
            </w:r>
            <w:r>
              <w:rPr>
                <w:rFonts w:ascii="Calibri" w:hAnsi="Calibri"/>
                <w:i/>
                <w:color w:val="666666"/>
                <w:sz w:val="18"/>
              </w:rPr>
              <w:t>Yes / No</w:t>
            </w:r>
          </w:p>
        </w:tc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1F4D78"/>
                <w:sz w:val="16"/>
              </w:rPr>
              <w:t>Post-travel debrief requested?</w:t>
              <w:br/>
            </w:r>
            <w:r>
              <w:rPr>
                <w:rFonts w:ascii="Calibri" w:hAnsi="Calibri"/>
                <w:i/>
                <w:color w:val="666666"/>
                <w:sz w:val="18"/>
              </w:rPr>
              <w:t>Yes / No</w:t>
            </w:r>
          </w:p>
        </w:tc>
      </w:tr>
    </w:tbl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6960"/>
        <w:gridCol w:w="1200"/>
        <w:gridCol w:w="1200"/>
      </w:tblGrid>
      <w:tr>
        <w:trPr>
          <w:tblHeader w:val="true"/>
        </w:trPr>
        <w:tc>
          <w:tcPr>
            <w:tcW w:type="dxa" w:w="6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  <w:jc w:val="left"/>
            </w:pPr>
            <w:r/>
            <w:r>
              <w:rPr>
                <w:rFonts w:ascii="Calibri" w:hAnsi="Calibri"/>
                <w:b/>
                <w:color w:val="1F4D78"/>
                <w:sz w:val="18"/>
              </w:rPr>
              <w:t>Review item</w:t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  <w:jc w:val="center"/>
            </w:pPr>
            <w:r/>
            <w:r>
              <w:rPr>
                <w:rFonts w:ascii="Calibri" w:hAnsi="Calibri"/>
                <w:b/>
                <w:color w:val="1F4D78"/>
                <w:sz w:val="18"/>
              </w:rPr>
              <w:t>Yes</w:t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  <w:jc w:val="center"/>
            </w:pPr>
            <w:r/>
            <w:r>
              <w:rPr>
                <w:rFonts w:ascii="Calibri" w:hAnsi="Calibri"/>
                <w:b/>
                <w:color w:val="1F4D78"/>
                <w:sz w:val="18"/>
              </w:rPr>
              <w:t>No</w:t>
            </w:r>
          </w:p>
        </w:tc>
      </w:tr>
      <w:tr>
        <w:trPr>
          <w:cantSplit/>
        </w:trPr>
        <w:tc>
          <w:tcPr>
            <w:tcW w:type="dxa" w:w="6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sz w:val="18"/>
              </w:rPr>
              <w:t>Deviation from the itinerary submitted before travel</w:t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Calibri" w:hAnsi="Calibri"/>
                <w:b w:val="0"/>
                <w:sz w:val="24"/>
              </w:rPr>
              <w:t>☐</w:t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Calibri" w:hAnsi="Calibri"/>
                <w:b w:val="0"/>
                <w:sz w:val="24"/>
              </w:rPr>
              <w:t>☐</w:t>
            </w:r>
          </w:p>
        </w:tc>
      </w:tr>
      <w:tr>
        <w:trPr>
          <w:cantSplit/>
        </w:trPr>
        <w:tc>
          <w:tcPr>
            <w:tcW w:type="dxa" w:w="6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sz w:val="18"/>
              </w:rPr>
              <w:t>Unplanned contact with a foreign government, company, organization, or citizen</w:t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Calibri" w:hAnsi="Calibri"/>
                <w:b w:val="0"/>
                <w:sz w:val="24"/>
              </w:rPr>
              <w:t>☐</w:t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Calibri" w:hAnsi="Calibri"/>
                <w:b w:val="0"/>
                <w:sz w:val="24"/>
              </w:rPr>
              <w:t>☐</w:t>
            </w:r>
          </w:p>
        </w:tc>
      </w:tr>
      <w:tr>
        <w:trPr>
          <w:cantSplit/>
        </w:trPr>
        <w:tc>
          <w:tcPr>
            <w:tcW w:type="dxa" w:w="6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sz w:val="18"/>
              </w:rPr>
              <w:t>Unusual, suspicious, coercive, or potentially counterintelligence-significant event</w:t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Calibri" w:hAnsi="Calibri"/>
                <w:b w:val="0"/>
                <w:sz w:val="24"/>
              </w:rPr>
              <w:t>☐</w:t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Calibri" w:hAnsi="Calibri"/>
                <w:b w:val="0"/>
                <w:sz w:val="24"/>
              </w:rPr>
              <w:t>☐</w:t>
            </w:r>
          </w:p>
        </w:tc>
      </w:tr>
      <w:tr>
        <w:trPr>
          <w:cantSplit/>
        </w:trPr>
        <w:tc>
          <w:tcPr>
            <w:tcW w:type="dxa" w:w="6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sz w:val="18"/>
              </w:rPr>
              <w:t>Foreign legal, law-enforcement, immigration, or customs incident</w:t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Calibri" w:hAnsi="Calibri"/>
                <w:b w:val="0"/>
                <w:sz w:val="24"/>
              </w:rPr>
              <w:t>☐</w:t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Calibri" w:hAnsi="Calibri"/>
                <w:b w:val="0"/>
                <w:sz w:val="24"/>
              </w:rPr>
              <w:t>☐</w:t>
            </w:r>
          </w:p>
        </w:tc>
      </w:tr>
      <w:tr>
        <w:trPr>
          <w:cantSplit/>
        </w:trPr>
        <w:tc>
          <w:tcPr>
            <w:tcW w:type="dxa" w:w="6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sz w:val="18"/>
              </w:rPr>
              <w:t>Loss, theft, compromise, or other security-relevant incident requiring company review</w:t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Calibri" w:hAnsi="Calibri"/>
                <w:b w:val="0"/>
                <w:sz w:val="24"/>
              </w:rPr>
              <w:t>☐</w:t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Calibri" w:hAnsi="Calibri"/>
                <w:b w:val="0"/>
                <w:sz w:val="24"/>
              </w:rPr>
              <w:t>☐</w:t>
            </w:r>
          </w:p>
        </w:tc>
      </w:tr>
    </w:tbl>
    <w:p>
      <w:pPr>
        <w:pStyle w:val="FormNote"/>
        <w:keepNext/>
      </w:pPr>
      <w:r>
        <w:t>Describe each “Yes” response, including dates, locations, people or organizations involved, and actions already taken.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trHeight w:val="403"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sz w:val="18"/>
              </w:rPr>
              <w:t xml:space="preserve"> </w:t>
            </w:r>
          </w:p>
        </w:tc>
      </w:tr>
      <w:tr>
        <w:trPr>
          <w:trHeight w:val="403"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sz w:val="18"/>
              </w:rPr>
              <w:t xml:space="preserve"> </w:t>
            </w:r>
          </w:p>
        </w:tc>
      </w:tr>
      <w:tr>
        <w:trPr>
          <w:trHeight w:val="403"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sz w:val="18"/>
              </w:rPr>
              <w:t xml:space="preserve"> </w:t>
            </w:r>
          </w:p>
        </w:tc>
      </w:tr>
      <w:tr>
        <w:trPr>
          <w:trHeight w:val="403"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sz w:val="18"/>
              </w:rPr>
              <w:t xml:space="preserve"> </w:t>
            </w:r>
          </w:p>
        </w:tc>
      </w:tr>
      <w:tr>
        <w:trPr>
          <w:trHeight w:val="403"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sz w:val="18"/>
              </w:rPr>
              <w:t xml:space="preserve"> </w:t>
            </w:r>
          </w:p>
        </w:tc>
      </w:tr>
    </w:tbl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600"/>
        <w:gridCol w:w="8760"/>
      </w:tblGrid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2E74B5"/>
          </w:tcPr>
          <w:p>
            <w:pPr>
              <w:spacing w:after="0"/>
              <w:jc w:val="center"/>
            </w:pPr>
            <w:r/>
            <w:r>
              <w:rPr>
                <w:rFonts w:ascii="Calibri" w:hAnsi="Calibri"/>
                <w:b/>
                <w:color w:val="FFFFFF"/>
                <w:sz w:val="22"/>
              </w:rPr>
              <w:t>9</w:t>
            </w:r>
          </w:p>
        </w:tc>
        <w:tc>
          <w:tcPr>
            <w:tcW w:type="dxa" w:w="8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1F4D78"/>
                <w:sz w:val="22"/>
              </w:rPr>
              <w:t>FSO closure and certification</w:t>
            </w:r>
          </w:p>
        </w:tc>
      </w:tr>
    </w:tbl>
    <w:p>
      <w:pPr>
        <w:pStyle w:val="FormNote"/>
        <w:keepNext/>
      </w:pPr>
      <w:r>
        <w:t>Document required follow-up and close the intake record under approved procedures.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340"/>
        <w:gridCol w:w="2340"/>
        <w:gridCol w:w="2340"/>
        <w:gridCol w:w="2340"/>
      </w:tblGrid>
      <w:tr>
        <w:trPr>
          <w:cantSplit/>
        </w:trPr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1F4D78"/>
                <w:sz w:val="16"/>
              </w:rPr>
              <w:t>DISS update required?</w:t>
              <w:br/>
            </w:r>
            <w:r>
              <w:rPr>
                <w:rFonts w:ascii="Calibri" w:hAnsi="Calibri"/>
                <w:i/>
                <w:color w:val="666666"/>
                <w:sz w:val="18"/>
              </w:rPr>
              <w:t>Yes / No</w:t>
            </w:r>
          </w:p>
        </w:tc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1F4D78"/>
                <w:sz w:val="16"/>
              </w:rPr>
              <w:t>DISS update date</w:t>
              <w:br/>
            </w:r>
            <w:r>
              <w:rPr>
                <w:rFonts w:ascii="Calibri" w:hAnsi="Calibri"/>
                <w:i/>
                <w:color w:val="666666"/>
                <w:sz w:val="18"/>
              </w:rPr>
              <w:t>MM/DD/YYYY or N/A</w:t>
            </w:r>
          </w:p>
        </w:tc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1F4D78"/>
                <w:sz w:val="16"/>
              </w:rPr>
              <w:t>Debrief completed</w:t>
              <w:br/>
            </w:r>
            <w:r>
              <w:rPr>
                <w:rFonts w:ascii="Calibri" w:hAnsi="Calibri"/>
                <w:i/>
                <w:color w:val="666666"/>
                <w:sz w:val="18"/>
              </w:rPr>
              <w:t>MM/DD/YYYY or N/A</w:t>
            </w:r>
          </w:p>
        </w:tc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1F4D78"/>
                <w:sz w:val="16"/>
              </w:rPr>
              <w:t>Referred to</w:t>
              <w:br/>
            </w:r>
            <w:r>
              <w:rPr>
                <w:rFonts w:ascii="Calibri" w:hAnsi="Calibri"/>
                <w:i/>
                <w:color w:val="666666"/>
                <w:sz w:val="18"/>
              </w:rPr>
              <w:t>CI / customer / program / other / N/A</w:t>
            </w:r>
          </w:p>
        </w:tc>
      </w:tr>
    </w:tbl>
    <w:p>
      <w:pPr>
        <w:pStyle w:val="FormNote"/>
        <w:keepNext/>
      </w:pPr>
      <w:r>
        <w:t>FSO follow-up / disposition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trHeight w:val="403"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sz w:val="18"/>
              </w:rPr>
              <w:t xml:space="preserve"> </w:t>
            </w:r>
          </w:p>
        </w:tc>
      </w:tr>
      <w:tr>
        <w:trPr>
          <w:trHeight w:val="403"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sz w:val="18"/>
              </w:rPr>
              <w:t xml:space="preserve"> </w:t>
            </w:r>
          </w:p>
        </w:tc>
      </w:tr>
      <w:tr>
        <w:trPr>
          <w:trHeight w:val="403"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sz w:val="18"/>
              </w:rPr>
              <w:t xml:space="preserve"> </w:t>
            </w:r>
          </w:p>
        </w:tc>
      </w:tr>
      <w:tr>
        <w:trPr>
          <w:trHeight w:val="403"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sz w:val="18"/>
              </w:rPr>
              <w:t xml:space="preserve"> </w:t>
            </w:r>
          </w:p>
        </w:tc>
      </w:tr>
    </w:tbl>
    <w:p>
      <w:pPr>
        <w:keepNext/>
        <w:spacing w:before="160" w:after="100"/>
      </w:pPr>
      <w:r>
        <w:rPr>
          <w:rFonts w:ascii="Calibri" w:hAnsi="Calibri"/>
          <w:b/>
          <w:color w:val="1F4D78"/>
          <w:sz w:val="22"/>
        </w:rPr>
        <w:t>Certification</w:t>
      </w:r>
    </w:p>
    <w:p>
      <w:pPr>
        <w:keepNext/>
      </w:pPr>
      <w:r>
        <w:t>I certify that the information I provided is complete and accurate to the best of my knowledge. I understand that I must promptly report security concerns through established channels and provide required post-travel updates.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7000"/>
        <w:gridCol w:w="2360"/>
      </w:tblGrid>
      <w:tr>
        <w:trPr>
          <w:cantSplit/>
        </w:trPr>
        <w:tc>
          <w:tcPr>
            <w:tcW w:type="dxa" w:w="7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1F4D78"/>
                <w:sz w:val="16"/>
              </w:rPr>
              <w:t>Traveler name / signature</w:t>
              <w:br/>
            </w:r>
            <w:r>
              <w:rPr>
                <w:rFonts w:ascii="Calibri" w:hAnsi="Calibri"/>
                <w:i/>
                <w:color w:val="666666"/>
                <w:sz w:val="18"/>
              </w:rPr>
              <w:t>Sign or type name in accordance with company procedure</w:t>
            </w:r>
          </w:p>
        </w:tc>
        <w:tc>
          <w:tcPr>
            <w:tcW w:type="dxa" w:w="2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1F4D78"/>
                <w:sz w:val="16"/>
              </w:rPr>
              <w:t>Date</w:t>
              <w:br/>
            </w:r>
            <w:r>
              <w:rPr>
                <w:rFonts w:ascii="Calibri" w:hAnsi="Calibri"/>
                <w:i/>
                <w:color w:val="666666"/>
                <w:sz w:val="18"/>
              </w:rPr>
              <w:t>MM/DD/YYYY</w:t>
            </w:r>
          </w:p>
        </w:tc>
      </w:tr>
      <w:tr>
        <w:trPr>
          <w:cantSplit/>
        </w:trPr>
        <w:tc>
          <w:tcPr>
            <w:tcW w:type="dxa" w:w="7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1F4D78"/>
                <w:sz w:val="16"/>
              </w:rPr>
              <w:t>FSO / designee review</w:t>
              <w:br/>
            </w:r>
            <w:r>
              <w:rPr>
                <w:rFonts w:ascii="Calibri" w:hAnsi="Calibri"/>
                <w:i/>
                <w:color w:val="666666"/>
                <w:sz w:val="18"/>
              </w:rPr>
              <w:t>Sign or type name in accordance with company procedure</w:t>
            </w:r>
          </w:p>
        </w:tc>
        <w:tc>
          <w:tcPr>
            <w:tcW w:type="dxa" w:w="2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1F4D78"/>
                <w:sz w:val="16"/>
              </w:rPr>
              <w:t>Date</w:t>
              <w:br/>
            </w:r>
            <w:r>
              <w:rPr>
                <w:rFonts w:ascii="Calibri" w:hAnsi="Calibri"/>
                <w:i/>
                <w:color w:val="666666"/>
                <w:sz w:val="18"/>
              </w:rPr>
              <w:t>MM/DD/YYYY</w:t>
            </w:r>
          </w:p>
        </w:tc>
      </w:tr>
    </w:tbl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600"/>
        <w:gridCol w:w="8760"/>
      </w:tblGrid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2E74B5"/>
          </w:tcPr>
          <w:p>
            <w:pPr>
              <w:spacing w:after="0"/>
              <w:jc w:val="center"/>
            </w:pPr>
            <w:r/>
            <w:r>
              <w:rPr>
                <w:rFonts w:ascii="Calibri" w:hAnsi="Calibri"/>
                <w:b/>
                <w:color w:val="FFFFFF"/>
                <w:sz w:val="22"/>
              </w:rPr>
              <w:t>10</w:t>
            </w:r>
          </w:p>
        </w:tc>
        <w:tc>
          <w:tcPr>
            <w:tcW w:type="dxa" w:w="8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1F4D78"/>
                <w:sz w:val="22"/>
              </w:rPr>
              <w:t>Implementation notes for the organization</w:t>
            </w:r>
          </w:p>
        </w:tc>
      </w:tr>
    </w:tbl>
    <w:p>
      <w:pPr>
        <w:pStyle w:val="FormNote"/>
        <w:keepNext/>
      </w:pPr>
      <w:r>
        <w:t>Remove or tailor this section before distributing the form to travelers.</w:t>
      </w:r>
    </w:p>
    <w:p>
      <w:pPr>
        <w:pStyle w:val="ListBullet"/>
        <w:spacing w:after="80"/>
        <w:ind w:left="540" w:hanging="271"/>
      </w:pPr>
      <w:r>
        <w:t>Insert the approved secure submission method and security-office contact information.</w:t>
      </w:r>
    </w:p>
    <w:p>
      <w:pPr>
        <w:pStyle w:val="ListBullet"/>
        <w:spacing w:after="80"/>
        <w:ind w:left="540" w:hanging="271"/>
      </w:pPr>
      <w:r>
        <w:t>Validate the form against current DCSA, SEAD 3, customer, contract, SCI, SAP, privacy, cybersecurity, and records requirements.</w:t>
      </w:r>
    </w:p>
    <w:p>
      <w:pPr>
        <w:pStyle w:val="ListBullet"/>
        <w:spacing w:after="80"/>
        <w:ind w:left="540" w:hanging="271"/>
      </w:pPr>
      <w:r>
        <w:t>Define who may access completed forms and where they may be stored.</w:t>
      </w:r>
    </w:p>
    <w:p>
      <w:pPr>
        <w:pStyle w:val="ListBullet"/>
        <w:spacing w:after="80"/>
        <w:ind w:left="540" w:hanging="271"/>
      </w:pPr>
      <w:r>
        <w:t>Set internal lead times, escalation paths, post-travel reminders, and DISS quality-control steps.</w:t>
      </w:r>
    </w:p>
    <w:p>
      <w:pPr>
        <w:pStyle w:val="ListBullet"/>
        <w:spacing w:after="80"/>
        <w:ind w:left="540" w:hanging="271"/>
      </w:pPr>
      <w:r>
        <w:t>Do not use this template for official-travel clearance processes unless separately authorized and adapted by the responsible organization.</w:t>
      </w:r>
    </w:p>
    <w:p>
      <w:pPr>
        <w:keepNext/>
        <w:spacing w:before="160" w:after="80"/>
      </w:pPr>
      <w:r>
        <w:rPr>
          <w:rFonts w:ascii="Calibri" w:hAnsi="Calibri"/>
          <w:b/>
          <w:color w:val="1F4D78"/>
          <w:sz w:val="22"/>
        </w:rPr>
        <w:t>Official references</w:t>
      </w:r>
    </w:p>
    <w:p>
      <w:pPr>
        <w:pStyle w:val="ListBullet"/>
        <w:spacing w:after="60"/>
        <w:ind w:left="540" w:hanging="271"/>
      </w:pPr>
      <w:r>
        <w:rPr>
          <w:rFonts w:ascii="Calibri" w:hAnsi="Calibri"/>
          <w:b/>
          <w:color w:val="1F4D78"/>
          <w:sz w:val="18"/>
        </w:rPr>
        <w:t>DCSA SEAD 3 Unofficial Foreign Travel Reporting</w:t>
        <w:br/>
      </w:r>
      <w:r>
        <w:rPr>
          <w:rFonts w:ascii="Calibri" w:hAnsi="Calibri"/>
          <w:color w:val="666666"/>
          <w:sz w:val="14"/>
        </w:rPr>
        <w:t>https://www.dcsa.mil/Industrial-Security/National-Industrial-Security-Program-Oversight/SEAD-3-Unofficial-Foreign-Travel-Reporting/</w:t>
      </w:r>
    </w:p>
    <w:p>
      <w:pPr>
        <w:pStyle w:val="ListBullet"/>
        <w:spacing w:after="60"/>
        <w:ind w:left="540" w:hanging="271"/>
      </w:pPr>
      <w:r>
        <w:rPr>
          <w:rFonts w:ascii="Calibri" w:hAnsi="Calibri"/>
          <w:b/>
          <w:color w:val="1F4D78"/>
          <w:sz w:val="18"/>
        </w:rPr>
        <w:t>DCSA SEAD 3 Unofficial Foreign Travel Reporting and Activities Checklist</w:t>
        <w:br/>
      </w:r>
      <w:r>
        <w:rPr>
          <w:rFonts w:ascii="Calibri" w:hAnsi="Calibri"/>
          <w:color w:val="666666"/>
          <w:sz w:val="14"/>
        </w:rPr>
        <w:t>https://www.dcsa.mil/Portals/128/Documents/CTP/tools/SEAD3_Unofficial_Foreign_Travel_Reporting_and_Activities_Checklist_05292024.pdf</w:t>
      </w:r>
    </w:p>
    <w:p>
      <w:pPr>
        <w:pStyle w:val="ListBullet"/>
        <w:spacing w:after="60"/>
        <w:ind w:left="540" w:hanging="271"/>
      </w:pPr>
      <w:r>
        <w:rPr>
          <w:rFonts w:ascii="Calibri" w:hAnsi="Calibri"/>
          <w:b/>
          <w:color w:val="1F4D78"/>
          <w:sz w:val="18"/>
        </w:rPr>
        <w:t>DCSA ISL 2021-02, SEAD 3 Clarification and Guidance</w:t>
        <w:br/>
      </w:r>
      <w:r>
        <w:rPr>
          <w:rFonts w:ascii="Calibri" w:hAnsi="Calibri"/>
          <w:color w:val="666666"/>
          <w:sz w:val="14"/>
        </w:rPr>
        <w:t>https://www.dcsa.mil/Portals/128/Documents/CTP/tools/ISL2021-02_SEAD-3_052024_v2.pdf</w:t>
      </w:r>
    </w:p>
    <w:p>
      <w:pPr>
        <w:pStyle w:val="ListBullet"/>
        <w:spacing w:after="60"/>
        <w:ind w:left="540" w:hanging="271"/>
      </w:pPr>
      <w:r>
        <w:rPr>
          <w:rFonts w:ascii="Calibri" w:hAnsi="Calibri"/>
          <w:b/>
          <w:color w:val="1F4D78"/>
          <w:sz w:val="18"/>
        </w:rPr>
        <w:t>ODNI Security Executive Agent Directive 3</w:t>
        <w:br/>
      </w:r>
      <w:r>
        <w:rPr>
          <w:rFonts w:ascii="Calibri" w:hAnsi="Calibri"/>
          <w:color w:val="666666"/>
          <w:sz w:val="14"/>
        </w:rPr>
        <w:t>https://www.dni.gov/files/NCSC/documents/Regulations/SEAD-3-Reporting-U.pdf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600"/>
        <w:gridCol w:w="8760"/>
      </w:tblGrid>
      <w:tr>
        <w:trPr>
          <w:cantSplit/>
        </w:trPr>
        <w:tc>
          <w:tcPr>
            <w:tcW w:type="dxa" w:w="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2E74B5"/>
          </w:tcPr>
          <w:p>
            <w:pPr>
              <w:spacing w:after="0"/>
              <w:jc w:val="center"/>
            </w:pPr>
            <w:r/>
            <w:r>
              <w:rPr>
                <w:rFonts w:ascii="Calibri" w:hAnsi="Calibri"/>
                <w:b/>
                <w:color w:val="FFFFFF"/>
                <w:sz w:val="22"/>
              </w:rPr>
              <w:t>11</w:t>
            </w:r>
          </w:p>
        </w:tc>
        <w:tc>
          <w:tcPr>
            <w:tcW w:type="dxa" w:w="8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1F4D78"/>
                <w:sz w:val="22"/>
              </w:rPr>
              <w:t>Additional notes / continuation</w:t>
            </w:r>
          </w:p>
        </w:tc>
      </w:tr>
    </w:tbl>
    <w:p>
      <w:pPr>
        <w:pStyle w:val="FormNote"/>
        <w:keepNext/>
      </w:pPr>
      <w:r>
        <w:t>Use this space for additional itinerary segments, contacts, attachments, or follow-up notes. Label each entry and attach supporting pages through approved channels.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trHeight w:val="403"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sz w:val="18"/>
              </w:rPr>
              <w:t xml:space="preserve"> </w:t>
            </w:r>
          </w:p>
        </w:tc>
      </w:tr>
      <w:tr>
        <w:trPr>
          <w:trHeight w:val="403"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sz w:val="18"/>
              </w:rPr>
              <w:t xml:space="preserve"> </w:t>
            </w:r>
          </w:p>
        </w:tc>
      </w:tr>
      <w:tr>
        <w:trPr>
          <w:trHeight w:val="403"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sz w:val="18"/>
              </w:rPr>
              <w:t xml:space="preserve"> </w:t>
            </w:r>
          </w:p>
        </w:tc>
      </w:tr>
      <w:tr>
        <w:trPr>
          <w:trHeight w:val="403"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sz w:val="18"/>
              </w:rPr>
              <w:t xml:space="preserve"> </w:t>
            </w:r>
          </w:p>
        </w:tc>
      </w:tr>
      <w:tr>
        <w:trPr>
          <w:trHeight w:val="403"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sz w:val="18"/>
              </w:rPr>
              <w:t xml:space="preserve"> </w:t>
            </w:r>
          </w:p>
        </w:tc>
      </w:tr>
      <w:tr>
        <w:trPr>
          <w:trHeight w:val="403"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sz w:val="18"/>
              </w:rPr>
              <w:t xml:space="preserve"> </w:t>
            </w:r>
          </w:p>
        </w:tc>
      </w:tr>
      <w:tr>
        <w:trPr>
          <w:trHeight w:val="403"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sz w:val="18"/>
              </w:rPr>
              <w:t xml:space="preserve"> </w:t>
            </w:r>
          </w:p>
        </w:tc>
      </w:tr>
      <w:tr>
        <w:trPr>
          <w:trHeight w:val="403"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sz w:val="18"/>
              </w:rPr>
              <w:t xml:space="preserve"> </w:t>
            </w:r>
          </w:p>
        </w:tc>
      </w:tr>
      <w:tr>
        <w:trPr>
          <w:trHeight w:val="403"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sz w:val="18"/>
              </w:rPr>
              <w:t xml:space="preserve"> </w:t>
            </w:r>
          </w:p>
        </w:tc>
      </w:tr>
      <w:tr>
        <w:trPr>
          <w:trHeight w:val="403"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sz w:val="18"/>
              </w:rPr>
              <w:t xml:space="preserve"> </w:t>
            </w:r>
          </w:p>
        </w:tc>
      </w:tr>
    </w:tbl>
    <w:p>
      <w:pPr>
        <w:spacing w:before="160"/>
        <w:jc w:val="center"/>
      </w:pPr>
      <w:r>
        <w:rPr>
          <w:rFonts w:ascii="Calibri" w:hAnsi="Calibri"/>
          <w:b/>
          <w:color w:val="2E74B5"/>
          <w:sz w:val="18"/>
        </w:rPr>
        <w:t>Provided as a free editable resource by TravelSEAD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224" w:right="1440" w:bottom="1152" w:left="1440" w:header="504" w:footer="57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Style w:val="TableGrid"/>
      <w:tblW w:type="dxa" w:w="9360"/>
      <w:jc w:val="left"/>
      <w:tblLayout w:type="fixed"/>
      <w:tblLook w:firstColumn="1" w:firstRow="1" w:lastColumn="0" w:lastRow="0" w:noHBand="0" w:noVBand="1" w:val="04A0"/>
      <w:tblInd w:w="0" w:type="dxa"/>
    </w:tblPr>
    <w:tblGrid>
      <w:gridCol w:w="3120"/>
      <w:gridCol w:w="3120"/>
      <w:gridCol w:w="3120"/>
    </w:tblGrid>
    <w:tr>
      <w:tc>
        <w:tcPr>
          <w:tcW w:type="dxa" w:w="3120"/>
          <w:tcMar>
            <w:top w:w="80" w:type="dxa"/>
            <w:start w:w="120" w:type="dxa"/>
            <w:bottom w:w="80" w:type="dxa"/>
            <w:end w:w="120" w:type="dxa"/>
          </w:tcMar>
          <w:vAlign w:val="center"/>
        </w:tcPr>
        <w:p>
          <w:pPr>
            <w:spacing w:after="0"/>
          </w:pPr>
          <w:r/>
          <w:r>
            <w:rPr>
              <w:rFonts w:ascii="Calibri" w:hAnsi="Calibri"/>
              <w:b w:val="0"/>
              <w:color w:val="666666"/>
              <w:sz w:val="14"/>
            </w:rPr>
            <w:t>Internal administrative aid</w:t>
          </w:r>
        </w:p>
      </w:tc>
      <w:tc>
        <w:tcPr>
          <w:tcW w:type="dxa" w:w="3120"/>
          <w:tcMar>
            <w:top w:w="80" w:type="dxa"/>
            <w:start w:w="120" w:type="dxa"/>
            <w:bottom w:w="80" w:type="dxa"/>
            <w:end w:w="120" w:type="dxa"/>
          </w:tcMar>
          <w:vAlign w:val="center"/>
        </w:tcPr>
        <w:p>
          <w:pPr>
            <w:spacing w:after="0"/>
            <w:jc w:val="center"/>
          </w:pPr>
          <w:r/>
          <w:r>
            <w:rPr>
              <w:rFonts w:ascii="Calibri" w:hAnsi="Calibri"/>
              <w:b w:val="0"/>
              <w:color w:val="666666"/>
              <w:sz w:val="14"/>
            </w:rPr>
            <w:t>Handle per organization policy</w:t>
          </w:r>
        </w:p>
      </w:tc>
      <w:tc>
        <w:tcPr>
          <w:tcW w:type="dxa" w:w="3120"/>
          <w:tcMar>
            <w:top w:w="80" w:type="dxa"/>
            <w:start w:w="120" w:type="dxa"/>
            <w:bottom w:w="80" w:type="dxa"/>
            <w:end w:w="120" w:type="dxa"/>
          </w:tcMar>
          <w:vAlign w:val="center"/>
        </w:tcPr>
        <w:p>
          <w:pPr>
            <w:jc w:val="right"/>
          </w:pPr>
          <w:r>
            <w:rPr>
              <w:rFonts w:ascii="Calibri" w:hAnsi="Calibri"/>
              <w:color w:val="666666"/>
              <w:sz w:val="14"/>
            </w:rPr>
            <w:t xml:space="preserve">Page </w:t>
          </w:r>
          <w:fldSimple w:instr="PAGE"/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Style w:val="TableGrid"/>
      <w:tblW w:type="dxa" w:w="9360"/>
      <w:jc w:val="left"/>
      <w:tblLayout w:type="fixed"/>
      <w:tblLook w:firstColumn="1" w:firstRow="1" w:lastColumn="0" w:lastRow="0" w:noHBand="0" w:noVBand="1" w:val="04A0"/>
      <w:tblInd w:w="0" w:type="dxa"/>
    </w:tblPr>
    <w:tblGrid>
      <w:gridCol w:w="4800"/>
      <w:gridCol w:w="4560"/>
    </w:tblGrid>
    <w:tr>
      <w:tc>
        <w:tcPr>
          <w:tcW w:type="dxa" w:w="4800"/>
          <w:tcMar>
            <w:top w:w="80" w:type="dxa"/>
            <w:start w:w="120" w:type="dxa"/>
            <w:bottom w:w="80" w:type="dxa"/>
            <w:end w:w="120" w:type="dxa"/>
          </w:tcMar>
          <w:vAlign w:val="center"/>
          <w:shd w:fill="F4F8FB"/>
        </w:tcPr>
        <w:p>
          <w:pPr>
            <w:spacing w:after="0"/>
          </w:pPr>
          <w:r/>
          <w:r>
            <w:rPr>
              <w:rFonts w:ascii="Calibri" w:hAnsi="Calibri"/>
              <w:b/>
              <w:color w:val="1F4D78"/>
              <w:sz w:val="16"/>
            </w:rPr>
            <w:t>[ORGANIZATION NAME]</w:t>
          </w:r>
        </w:p>
      </w:tc>
      <w:tc>
        <w:tcPr>
          <w:tcW w:type="dxa" w:w="4560"/>
          <w:tcMar>
            <w:top w:w="80" w:type="dxa"/>
            <w:start w:w="120" w:type="dxa"/>
            <w:bottom w:w="80" w:type="dxa"/>
            <w:end w:w="120" w:type="dxa"/>
          </w:tcMar>
          <w:vAlign w:val="center"/>
          <w:shd w:fill="F4F8FB"/>
        </w:tcPr>
        <w:p>
          <w:pPr>
            <w:spacing w:after="0"/>
            <w:jc w:val="right"/>
          </w:pPr>
          <w:r/>
          <w:r>
            <w:rPr>
              <w:rFonts w:ascii="Calibri" w:hAnsi="Calibri"/>
              <w:b/>
              <w:color w:val="2E74B5"/>
              <w:sz w:val="16"/>
            </w:rPr>
            <w:t>SEAD 3 TRAVEL INTAKE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80" w:line="240" w:lineRule="auto" w:before="0"/>
      <w:contextualSpacing/>
    </w:pPr>
    <w:rPr>
      <w:rFonts w:asciiTheme="majorHAnsi" w:eastAsiaTheme="majorEastAsia" w:hAnsiTheme="majorHAnsi" w:cstheme="majorBidi" w:ascii="Calibri" w:hAnsi="Calibri"/>
      <w:b/>
      <w:color w:val="1F4D78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FormNote">
    <w:name w:val="Form Note"/>
    <w:pPr>
      <w:spacing w:before="60" w:after="80"/>
    </w:pPr>
    <w:rPr>
      <w:rFonts w:ascii="Calibri" w:hAnsi="Calibri"/>
      <w:i/>
      <w:color w:val="666666"/>
      <w:sz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